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25884" w14:textId="77777777" w:rsidR="00A5187E" w:rsidRDefault="00EE16D7">
      <w:pPr>
        <w:spacing w:after="320"/>
        <w:jc w:val="right"/>
      </w:pPr>
      <w:r>
        <w:rPr>
          <w:rFonts w:ascii="Calibri" w:hAnsi="Calibri"/>
          <w:i/>
          <w:color w:val="646464"/>
          <w:sz w:val="20"/>
        </w:rPr>
        <w:t>Miejscowość: ........................................, dnia .................... 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6"/>
      </w:tblGrid>
      <w:tr w:rsidR="00A5187E" w14:paraId="65B5638B" w14:textId="77777777" w:rsidTr="00C6743A">
        <w:tc>
          <w:tcPr>
            <w:tcW w:w="4896" w:type="dx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27AA268" w14:textId="77777777" w:rsidR="00A5187E" w:rsidRDefault="00EE16D7">
            <w:pPr>
              <w:spacing w:after="80"/>
            </w:pPr>
            <w:r>
              <w:rPr>
                <w:rFonts w:ascii="Calibri" w:hAnsi="Calibri"/>
                <w:b/>
                <w:color w:val="1B365D"/>
                <w:sz w:val="20"/>
              </w:rPr>
              <w:t>DANE WNIOSKODAWCY:</w:t>
            </w:r>
            <w:r>
              <w:rPr>
                <w:rFonts w:ascii="Calibri" w:hAnsi="Calibri"/>
                <w:b/>
                <w:color w:val="1B365D"/>
                <w:sz w:val="20"/>
              </w:rPr>
              <w:br/>
            </w:r>
            <w:r>
              <w:rPr>
                <w:rFonts w:ascii="Calibri" w:hAnsi="Calibri"/>
                <w:color w:val="3C3C3C"/>
                <w:sz w:val="18"/>
              </w:rPr>
              <w:t>Imię i nazwisko: ...................................................</w:t>
            </w:r>
            <w:r>
              <w:rPr>
                <w:rFonts w:ascii="Calibri" w:hAnsi="Calibri"/>
                <w:color w:val="3C3C3C"/>
                <w:sz w:val="18"/>
              </w:rPr>
              <w:br/>
              <w:t>Adres zamieszkania: .............................................</w:t>
            </w:r>
            <w:r>
              <w:rPr>
                <w:rFonts w:ascii="Calibri" w:hAnsi="Calibri"/>
                <w:color w:val="3C3C3C"/>
                <w:sz w:val="18"/>
              </w:rPr>
              <w:br/>
              <w:t>PESEL: ...................................................................</w:t>
            </w:r>
            <w:r>
              <w:rPr>
                <w:rFonts w:ascii="Calibri" w:hAnsi="Calibri"/>
                <w:color w:val="3C3C3C"/>
                <w:sz w:val="18"/>
              </w:rPr>
              <w:br/>
              <w:t>Numer telefonu: ...................................................</w:t>
            </w:r>
          </w:p>
        </w:tc>
      </w:tr>
    </w:tbl>
    <w:p w14:paraId="7AB8BDC2" w14:textId="77777777" w:rsidR="00A5187E" w:rsidRDefault="00A5187E">
      <w:pPr>
        <w:spacing w:after="240"/>
      </w:pPr>
    </w:p>
    <w:p w14:paraId="1C54BBC2" w14:textId="77777777" w:rsidR="00A5187E" w:rsidRDefault="00EE16D7">
      <w:pPr>
        <w:spacing w:after="400"/>
        <w:jc w:val="right"/>
      </w:pPr>
      <w:r>
        <w:rPr>
          <w:rFonts w:ascii="Calibri" w:hAnsi="Calibri"/>
          <w:i/>
          <w:color w:val="787878"/>
          <w:sz w:val="19"/>
        </w:rPr>
        <w:t>Organ adresat:</w:t>
      </w:r>
      <w:r>
        <w:rPr>
          <w:rFonts w:ascii="Calibri" w:hAnsi="Calibri"/>
          <w:i/>
          <w:color w:val="787878"/>
          <w:sz w:val="19"/>
        </w:rPr>
        <w:br/>
      </w:r>
      <w:r>
        <w:rPr>
          <w:rFonts w:ascii="Calibri" w:hAnsi="Calibri"/>
          <w:b/>
          <w:color w:val="1B365D"/>
          <w:sz w:val="23"/>
        </w:rPr>
        <w:t>KOMENDANT WOJEWÓDZKI POLICJI</w:t>
      </w:r>
      <w:r>
        <w:rPr>
          <w:rFonts w:ascii="Calibri" w:hAnsi="Calibri"/>
          <w:b/>
          <w:color w:val="1B365D"/>
          <w:sz w:val="23"/>
        </w:rPr>
        <w:br/>
      </w:r>
      <w:r>
        <w:rPr>
          <w:rFonts w:ascii="Calibri" w:hAnsi="Calibri"/>
          <w:b/>
          <w:color w:val="1B365D"/>
          <w:sz w:val="21"/>
        </w:rPr>
        <w:t>W ..........................................................................</w:t>
      </w:r>
    </w:p>
    <w:p w14:paraId="79B3B3C0" w14:textId="77777777" w:rsidR="00A5187E" w:rsidRDefault="00EE16D7">
      <w:pPr>
        <w:spacing w:before="160" w:after="320"/>
        <w:jc w:val="center"/>
      </w:pPr>
      <w:r>
        <w:rPr>
          <w:rFonts w:ascii="Calibri" w:hAnsi="Calibri"/>
          <w:b/>
          <w:color w:val="1B365D"/>
          <w:sz w:val="26"/>
        </w:rPr>
        <w:t>WNIOSEK</w:t>
      </w:r>
      <w:r>
        <w:rPr>
          <w:rFonts w:ascii="Calibri" w:hAnsi="Calibri"/>
          <w:b/>
          <w:color w:val="1B365D"/>
          <w:sz w:val="26"/>
        </w:rPr>
        <w:br/>
        <w:t>O WYDANIE ZAŚWIADCZENIA UPRAWNIAJĄCEGO DO ZAKUPU BRONI</w:t>
      </w:r>
    </w:p>
    <w:p w14:paraId="7C6B20EF" w14:textId="3BE2E458" w:rsidR="00A5187E" w:rsidRDefault="00EE16D7" w:rsidP="00B748FC">
      <w:pPr>
        <w:spacing w:after="240" w:line="288" w:lineRule="auto"/>
      </w:pPr>
      <w:r>
        <w:rPr>
          <w:rFonts w:ascii="Calibri" w:hAnsi="Calibri"/>
          <w:color w:val="282828"/>
          <w:sz w:val="20"/>
        </w:rPr>
        <w:t>Zwracam się z wnioskiem o wydanie zaświadczenia / zaświadczeń uprawniających do zakupu broni palnej w liczbie: ......... sztuk.</w:t>
      </w:r>
      <w:r>
        <w:rPr>
          <w:rFonts w:ascii="Calibri" w:hAnsi="Calibri"/>
          <w:color w:val="282828"/>
          <w:sz w:val="20"/>
        </w:rPr>
        <w:br/>
      </w:r>
      <w:r>
        <w:rPr>
          <w:rFonts w:ascii="Calibri" w:hAnsi="Calibri"/>
          <w:color w:val="282828"/>
          <w:sz w:val="20"/>
        </w:rPr>
        <w:br/>
        <w:t xml:space="preserve">Cel </w:t>
      </w:r>
      <w:proofErr w:type="spellStart"/>
      <w:r>
        <w:rPr>
          <w:rFonts w:ascii="Calibri" w:hAnsi="Calibri"/>
          <w:color w:val="282828"/>
          <w:sz w:val="20"/>
        </w:rPr>
        <w:t>posiadania</w:t>
      </w:r>
      <w:proofErr w:type="spellEnd"/>
      <w:r>
        <w:rPr>
          <w:rFonts w:ascii="Calibri" w:hAnsi="Calibri"/>
          <w:color w:val="282828"/>
          <w:sz w:val="20"/>
        </w:rPr>
        <w:t xml:space="preserve"> </w:t>
      </w:r>
      <w:proofErr w:type="spellStart"/>
      <w:r>
        <w:rPr>
          <w:rFonts w:ascii="Calibri" w:hAnsi="Calibri"/>
          <w:color w:val="282828"/>
          <w:sz w:val="20"/>
        </w:rPr>
        <w:t>broni</w:t>
      </w:r>
      <w:proofErr w:type="spellEnd"/>
      <w:r w:rsidR="00B748FC">
        <w:rPr>
          <w:rFonts w:ascii="Calibri" w:hAnsi="Calibri"/>
          <w:color w:val="282828"/>
          <w:sz w:val="20"/>
        </w:rPr>
        <w:t>:</w:t>
      </w:r>
      <w:r>
        <w:rPr>
          <w:rFonts w:ascii="Calibri" w:hAnsi="Calibri"/>
          <w:color w:val="282828"/>
          <w:sz w:val="20"/>
        </w:rPr>
        <w:br/>
        <w:t xml:space="preserve">[  ] </w:t>
      </w:r>
      <w:proofErr w:type="spellStart"/>
      <w:r>
        <w:rPr>
          <w:rFonts w:ascii="Calibri" w:hAnsi="Calibri"/>
          <w:color w:val="282828"/>
          <w:sz w:val="20"/>
        </w:rPr>
        <w:t>łowiecki</w:t>
      </w:r>
      <w:proofErr w:type="spellEnd"/>
      <w:r>
        <w:rPr>
          <w:rFonts w:ascii="Calibri" w:hAnsi="Calibri"/>
          <w:color w:val="282828"/>
          <w:sz w:val="20"/>
        </w:rPr>
        <w:br/>
        <w:t xml:space="preserve">[  ] </w:t>
      </w:r>
      <w:proofErr w:type="spellStart"/>
      <w:r>
        <w:rPr>
          <w:rFonts w:ascii="Calibri" w:hAnsi="Calibri"/>
          <w:color w:val="282828"/>
          <w:sz w:val="20"/>
        </w:rPr>
        <w:t>sportowy</w:t>
      </w:r>
      <w:proofErr w:type="spellEnd"/>
      <w:r>
        <w:rPr>
          <w:rFonts w:ascii="Calibri" w:hAnsi="Calibri"/>
          <w:color w:val="282828"/>
          <w:sz w:val="20"/>
        </w:rPr>
        <w:br/>
        <w:t>[  ] kolekcjonerski</w:t>
      </w:r>
      <w:r>
        <w:rPr>
          <w:rFonts w:ascii="Calibri" w:hAnsi="Calibri"/>
          <w:color w:val="282828"/>
          <w:sz w:val="20"/>
        </w:rPr>
        <w:br/>
        <w:t>[  ] pamiątkowy</w:t>
      </w:r>
      <w:r>
        <w:rPr>
          <w:rFonts w:ascii="Calibri" w:hAnsi="Calibri"/>
          <w:color w:val="282828"/>
          <w:sz w:val="20"/>
        </w:rPr>
        <w:br/>
        <w:t>[  ] inny / doprecyzowanie: ...........................................................................................................................</w:t>
      </w:r>
      <w:r>
        <w:rPr>
          <w:rFonts w:ascii="Calibri" w:hAnsi="Calibri"/>
          <w:color w:val="282828"/>
          <w:sz w:val="20"/>
        </w:rPr>
        <w:br/>
      </w:r>
    </w:p>
    <w:p w14:paraId="34DB73BA" w14:textId="77777777" w:rsidR="00A5187E" w:rsidRDefault="00EE16D7">
      <w:pPr>
        <w:spacing w:before="400" w:after="320"/>
        <w:jc w:val="right"/>
      </w:pPr>
      <w:r>
        <w:rPr>
          <w:rFonts w:ascii="Calibri" w:hAnsi="Calibri"/>
          <w:i/>
          <w:color w:val="646464"/>
          <w:sz w:val="19"/>
        </w:rPr>
        <w:t>..........................................................................</w:t>
      </w:r>
      <w:r>
        <w:rPr>
          <w:rFonts w:ascii="Calibri" w:hAnsi="Calibri"/>
          <w:i/>
          <w:color w:val="646464"/>
          <w:sz w:val="19"/>
        </w:rPr>
        <w:br/>
        <w:t>(czytelny podpis wnioskodawcy)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A5187E" w14:paraId="51B53A4E" w14:textId="77777777" w:rsidTr="00C6743A">
        <w:trPr>
          <w:jc w:val="center"/>
        </w:trPr>
        <w:tc>
          <w:tcPr>
            <w:tcW w:w="9792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F366A2" w14:textId="77777777" w:rsidR="00A5187E" w:rsidRDefault="00EE16D7">
            <w:pPr>
              <w:spacing w:after="40"/>
            </w:pPr>
            <w:r>
              <w:rPr>
                <w:rFonts w:ascii="Calibri" w:hAnsi="Calibri"/>
                <w:b/>
                <w:color w:val="1B365D"/>
                <w:sz w:val="19"/>
              </w:rPr>
              <w:t>Załączniki do wniosku:</w:t>
            </w:r>
            <w:r>
              <w:rPr>
                <w:rFonts w:ascii="Calibri" w:hAnsi="Calibri"/>
                <w:b/>
                <w:color w:val="1B365D"/>
                <w:sz w:val="19"/>
              </w:rPr>
              <w:br/>
            </w:r>
            <w:r>
              <w:rPr>
                <w:rFonts w:ascii="Calibri" w:hAnsi="Calibri"/>
                <w:color w:val="3C3C3C"/>
                <w:sz w:val="17"/>
              </w:rPr>
              <w:t>1. Dowód uiszczenia opłaty skarbowej za wydanie zaświadczenia (17 zł za każde zaświadczenie).</w:t>
            </w:r>
          </w:p>
        </w:tc>
      </w:tr>
    </w:tbl>
    <w:p w14:paraId="308A99EE" w14:textId="77777777" w:rsidR="00EE16D7" w:rsidRDefault="00EE16D7"/>
    <w:sectPr w:rsidR="00EE16D7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6172446">
    <w:abstractNumId w:val="8"/>
  </w:num>
  <w:num w:numId="2" w16cid:durableId="1884561803">
    <w:abstractNumId w:val="6"/>
  </w:num>
  <w:num w:numId="3" w16cid:durableId="690180355">
    <w:abstractNumId w:val="5"/>
  </w:num>
  <w:num w:numId="4" w16cid:durableId="835153215">
    <w:abstractNumId w:val="4"/>
  </w:num>
  <w:num w:numId="5" w16cid:durableId="272983961">
    <w:abstractNumId w:val="7"/>
  </w:num>
  <w:num w:numId="6" w16cid:durableId="816727557">
    <w:abstractNumId w:val="3"/>
  </w:num>
  <w:num w:numId="7" w16cid:durableId="407923305">
    <w:abstractNumId w:val="2"/>
  </w:num>
  <w:num w:numId="8" w16cid:durableId="1050804744">
    <w:abstractNumId w:val="1"/>
  </w:num>
  <w:num w:numId="9" w16cid:durableId="19754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58A4"/>
    <w:rsid w:val="00A5187E"/>
    <w:rsid w:val="00A94E06"/>
    <w:rsid w:val="00AA1D8D"/>
    <w:rsid w:val="00B47730"/>
    <w:rsid w:val="00B748FC"/>
    <w:rsid w:val="00C6743A"/>
    <w:rsid w:val="00CB0664"/>
    <w:rsid w:val="00EE16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AAD5F"/>
  <w14:defaultImageDpi w14:val="300"/>
  <w15:docId w15:val="{B9019987-29EA-4160-B957-B14D97E2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Kruszczyński</cp:lastModifiedBy>
  <cp:revision>3</cp:revision>
  <dcterms:created xsi:type="dcterms:W3CDTF">2026-08-06T12:05:00Z</dcterms:created>
  <dcterms:modified xsi:type="dcterms:W3CDTF">2026-08-12T08:34:00Z</dcterms:modified>
  <cp:category/>
</cp:coreProperties>
</file>